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22" w:rsidRPr="00D8454C" w:rsidRDefault="00D8454C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В Министерство сельского хозяйства Республики Абхазии</w:t>
      </w:r>
    </w:p>
    <w:p w:rsidR="00895C22" w:rsidRPr="00D8454C" w:rsidRDefault="00D8454C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ЗАЯВКА НА УЧАСТИЕ В ОТКРЫТОМ КОНКУРСЕ</w:t>
      </w: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br/>
        <w:t>на поставку мелкого рогатого скота (козы) для развития животноводства в рамках реализации Государственной программы «Развитие сельских территорий на 2026 год», утвержденной Указом Президента Республики Абхазия от 14 мая 2026 г. № 137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Предмет открытого конкурса: право заключения договора на поставку молодняка мелкого рогатого скота (ЛОТ № 8).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Дата заполнения заявки: «___» __________ 2026 г.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1. СВЕДЕНИЯ ОБ УЧАСТНИКЕ КОНКУРСА: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Полное наименование юридического лица / ФИО индивидуального предпринимателя или физического лица: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Организационно-правовая форма / Документ, удостоверяющий личность (паспортные данные для физ. лиц):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ФИО руководителя (для юр. лиц):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ИНН, КПП (для юр. лиц и ИП):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Юридический адрес / Адрес регистрации: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Фактический адрес / Местонахождение хозяйства (содержания поголовья):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• Контактный телефон и </w:t>
      </w:r>
      <w:r w:rsidRPr="00D8454C">
        <w:rPr>
          <w:rFonts w:ascii="Times New Roman" w:hAnsi="Times New Roman" w:cs="Times New Roman"/>
          <w:sz w:val="28"/>
          <w:szCs w:val="28"/>
        </w:rPr>
        <w:t>E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D8454C">
        <w:rPr>
          <w:rFonts w:ascii="Times New Roman" w:hAnsi="Times New Roman" w:cs="Times New Roman"/>
          <w:sz w:val="28"/>
          <w:szCs w:val="28"/>
        </w:rPr>
        <w:t>mail</w:t>
      </w:r>
      <w:r w:rsidRPr="00D8454C">
        <w:rPr>
          <w:rFonts w:ascii="Times New Roman" w:hAnsi="Times New Roman" w:cs="Times New Roman"/>
          <w:sz w:val="28"/>
          <w:szCs w:val="28"/>
          <w:lang w:val="ru-RU"/>
        </w:rPr>
        <w:t>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Банковские реквизиты (расчетный счет / текущий счет физ. лица / счет «До востребования»): 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lastRenderedPageBreak/>
        <w:t>• Участник — резидент Республики Абхазия (Да/Нет — дает преимущество при оценке в 10 баллов): ________________________________</w:t>
      </w:r>
    </w:p>
    <w:p w:rsidR="00D8454C" w:rsidRDefault="00D8454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2. ДЕКЛАРАЦИЯ СООТВЕТСТВИЯ: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Конкурсная документация изучена нами в полном объеме и признана полной и достаточной для подготовки настоящей конкурсной заявки. Настоящим подтверждаем соответствие следующим обязательным требованиям: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Отсутствие задолженности по налогам и иным обязательным платежам перед бюджетной системой Республики Абхазия;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Отсутствие проведения процедуры ликвидации или банкротства (применимо для юридических лиц и индивидуальных предпринимателей);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Не приостановление деятельности в порядке, предусмотренном действующим законодательством Республики Абхазия (применимо для юридических лиц и ИП);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Наличие открытого банковского счета на территории Республики Абхазия либо письменное обязательство открыть такой счет до момента заключения договора поставки;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Предоставление достоверной информации и полного комплекта документов.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3. ПРЕДЛАГАЕМ СЛЕДУЮЩИЕ УСЛОВИЯ ВЫПОЛНЕНИЯ ДОГОВОРА: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Общая сумма договора: ________________________________________ руб.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Сроки поставки (не более 30 календарных дней): ________________________________________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Условия оплаты</w:t>
      </w:r>
      <w:r w:rsidR="00A07016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A07016">
        <w:rPr>
          <w:rFonts w:ascii="Times New Roman" w:hAnsi="Times New Roman" w:cs="Times New Roman"/>
          <w:sz w:val="28"/>
          <w:szCs w:val="28"/>
          <w:lang w:val="ru-RU"/>
        </w:rPr>
        <w:t>Постоплата</w:t>
      </w:r>
      <w:proofErr w:type="spellEnd"/>
      <w:r w:rsidR="00A07016">
        <w:rPr>
          <w:rFonts w:ascii="Times New Roman" w:hAnsi="Times New Roman" w:cs="Times New Roman"/>
          <w:sz w:val="28"/>
          <w:szCs w:val="28"/>
          <w:lang w:val="ru-RU"/>
        </w:rPr>
        <w:t xml:space="preserve"> «Оплата после поставки товара»</w:t>
      </w:r>
      <w:bookmarkStart w:id="0" w:name="_GoBack"/>
      <w:bookmarkEnd w:id="0"/>
      <w:r w:rsidR="00A07016">
        <w:rPr>
          <w:rFonts w:ascii="Times New Roman" w:hAnsi="Times New Roman" w:cs="Times New Roman"/>
          <w:sz w:val="28"/>
          <w:szCs w:val="28"/>
          <w:lang w:val="ru-RU"/>
        </w:rPr>
        <w:t xml:space="preserve">.   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• Место поставки: склад/ферма Покупателя (г. </w:t>
      </w:r>
      <w:proofErr w:type="spellStart"/>
      <w:r w:rsidRPr="00D8454C">
        <w:rPr>
          <w:rFonts w:ascii="Times New Roman" w:hAnsi="Times New Roman" w:cs="Times New Roman"/>
          <w:sz w:val="28"/>
          <w:szCs w:val="28"/>
          <w:lang w:val="ru-RU"/>
        </w:rPr>
        <w:t>Сухум</w:t>
      </w:r>
      <w:proofErr w:type="spellEnd"/>
      <w:r w:rsidRPr="00D8454C">
        <w:rPr>
          <w:rFonts w:ascii="Times New Roman" w:hAnsi="Times New Roman" w:cs="Times New Roman"/>
          <w:sz w:val="28"/>
          <w:szCs w:val="28"/>
          <w:lang w:val="ru-RU"/>
        </w:rPr>
        <w:t>, ул. Лакоба, 21) или иное место, указанное Заказчиком на территории Республики Абхазия.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• Страна (место) происхождения (выращивания) товара: __________________________________________________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b/>
          <w:sz w:val="28"/>
          <w:szCs w:val="28"/>
          <w:lang w:val="ru-RU"/>
        </w:rPr>
        <w:t>4. ОПИСЬ ВХОДЯЩИХ В СОСТАВ ЗАЯВКИ ДОКУМЕНТОВ: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>Нами представлены в составе Заявки на участие в конкурсе следующие документы:</w:t>
      </w: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Коммерческое предложение.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Копии учредительных документов (для юридических лиц) / свидетельства о регистрации ИП / паспорта гражданина РА (для физических лиц).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Копия свидетельства о постановке на налоговый учет (для ЮЛ и ИП).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Справка об отсутствии задолженности по налогам (в том числе по земельному налогу для физ. лиц).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Ветеринарная справка (свидетельство) о благополучном эпизоотическом состоянии хозяйства (места содержания животных).</w:t>
      </w:r>
    </w:p>
    <w:p w:rsidR="00D8454C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Документ, подтверждающий наличие и количество поголовья мелкого рогатого скота (выписка из </w:t>
      </w:r>
      <w:proofErr w:type="spellStart"/>
      <w:r w:rsidRPr="00D8454C">
        <w:rPr>
          <w:rFonts w:ascii="Times New Roman" w:hAnsi="Times New Roman" w:cs="Times New Roman"/>
          <w:sz w:val="28"/>
          <w:szCs w:val="28"/>
          <w:lang w:val="ru-RU"/>
        </w:rPr>
        <w:t>похозяйственной</w:t>
      </w:r>
      <w:proofErr w:type="spell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книги, акт осмотра и т.д.).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>[ ]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Справка (выписка) из банка с реквизитами счета (либо письменное гарантийное обязательство об открытии счета до заключения договора).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br/>
        <w:t>Все листы заявки пронумерованы и подписаны уполномоченным лицом (или лично физическим лицом — заявителем).</w:t>
      </w:r>
    </w:p>
    <w:p w:rsid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br/>
        <w:t>Подпись претендента (уполномоченного лица): _________________ / _______________________ /</w:t>
      </w:r>
    </w:p>
    <w:p w:rsidR="00895C22" w:rsidRPr="00D8454C" w:rsidRDefault="00D8454C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М.П. (при </w:t>
      </w:r>
      <w:proofErr w:type="gramStart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наличии)   </w:t>
      </w:r>
      <w:proofErr w:type="gramEnd"/>
      <w:r w:rsidRPr="00D8454C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Дата: «____» _______________ 2026 г.</w:t>
      </w:r>
    </w:p>
    <w:sectPr w:rsidR="00895C22" w:rsidRPr="00D8454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95C22"/>
    <w:rsid w:val="00A07016"/>
    <w:rsid w:val="00AA1D8D"/>
    <w:rsid w:val="00B47730"/>
    <w:rsid w:val="00CB0664"/>
    <w:rsid w:val="00D845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13B2311-2426-4D15-9D76-38319A13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D09E19-08B5-4894-A846-A90BCBB08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593</Words>
  <Characters>3384</Characters>
  <Application>Microsoft Office Word</Application>
  <DocSecurity>0</DocSecurity>
  <Lines>28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3970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2026-10-19T10:40:00Z</dcterms:created>
  <dcterms:modified xsi:type="dcterms:W3CDTF">2026-10-28T08:02:00Z</dcterms:modified>
  <cp:category/>
</cp:coreProperties>
</file>