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60F" w:rsidRPr="00151BCA" w:rsidRDefault="00151BCA">
      <w:pPr>
        <w:jc w:val="right"/>
        <w:rPr>
          <w:lang w:val="ru-RU"/>
        </w:rPr>
      </w:pPr>
      <w:r w:rsidRPr="00151BCA">
        <w:rPr>
          <w:lang w:val="ru-RU"/>
        </w:rPr>
        <w:t>В Министерство сельского хозяйства Республики Абхазии</w:t>
      </w:r>
    </w:p>
    <w:p w:rsidR="009F460F" w:rsidRPr="00151BCA" w:rsidRDefault="00151BCA">
      <w:pPr>
        <w:jc w:val="center"/>
        <w:rPr>
          <w:lang w:val="ru-RU"/>
        </w:rPr>
      </w:pPr>
      <w:r w:rsidRPr="00151BCA">
        <w:rPr>
          <w:b/>
          <w:lang w:val="ru-RU"/>
        </w:rPr>
        <w:t>ЗАЯВКА НА УЧАСТИЕ В ОТКРЫТОМ КОНКУРСЕ</w:t>
      </w:r>
      <w:r w:rsidRPr="00151BCA">
        <w:rPr>
          <w:b/>
          <w:lang w:val="ru-RU"/>
        </w:rPr>
        <w:br/>
        <w:t>на поставку посадочного материала и колючей проволоки в рамках реализации Государственной программы «Развитие сельских территорий на 2026 год», утвержденной Указом</w:t>
      </w:r>
      <w:r w:rsidRPr="00151BCA">
        <w:rPr>
          <w:b/>
          <w:lang w:val="ru-RU"/>
        </w:rPr>
        <w:t xml:space="preserve"> Президента Республики Абхазия от 14 мая 2026 г. № 137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Предмет открытого конкурса: право заключения договора на поставку посадочного материала и колючей проволоки (ЛОТ № 9</w:t>
      </w:r>
      <w:r>
        <w:rPr>
          <w:lang w:val="ru-RU"/>
        </w:rPr>
        <w:t>,10,11,12,13,14,15,16</w:t>
      </w:r>
      <w:r w:rsidRPr="00151BCA">
        <w:rPr>
          <w:lang w:val="ru-RU"/>
        </w:rPr>
        <w:t>).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Дата заполнения заявки: «___» __________ 2026 г.</w:t>
      </w:r>
    </w:p>
    <w:p w:rsidR="009F460F" w:rsidRPr="00151BCA" w:rsidRDefault="00151BCA">
      <w:pPr>
        <w:rPr>
          <w:lang w:val="ru-RU"/>
        </w:rPr>
      </w:pPr>
      <w:r w:rsidRPr="00151BCA">
        <w:rPr>
          <w:b/>
          <w:lang w:val="ru-RU"/>
        </w:rPr>
        <w:t>1. СВЕДЕНИЯ ОБ УЧАСТНИКЕ КОНКУРСА</w:t>
      </w:r>
      <w:r w:rsidRPr="00151BCA">
        <w:rPr>
          <w:b/>
          <w:lang w:val="ru-RU"/>
        </w:rPr>
        <w:t>:</w:t>
      </w:r>
    </w:p>
    <w:p w:rsidR="00151BCA" w:rsidRDefault="00151BCA">
      <w:pPr>
        <w:rPr>
          <w:lang w:val="ru-RU"/>
        </w:rPr>
      </w:pPr>
      <w:r w:rsidRPr="00151BCA">
        <w:rPr>
          <w:lang w:val="ru-RU"/>
        </w:rPr>
        <w:t>Статус участника (отметить нуж</w:t>
      </w:r>
      <w:r>
        <w:rPr>
          <w:lang w:val="ru-RU"/>
        </w:rPr>
        <w:t xml:space="preserve">ное): </w:t>
      </w:r>
    </w:p>
    <w:p w:rsidR="00151BCA" w:rsidRDefault="00151BCA">
      <w:pPr>
        <w:rPr>
          <w:lang w:val="ru-RU"/>
        </w:rPr>
      </w:pPr>
      <w:proofErr w:type="gramStart"/>
      <w:r>
        <w:rPr>
          <w:lang w:val="ru-RU"/>
        </w:rPr>
        <w:t>[ ]</w:t>
      </w:r>
      <w:proofErr w:type="gramEnd"/>
      <w:r>
        <w:rPr>
          <w:lang w:val="ru-RU"/>
        </w:rPr>
        <w:t xml:space="preserve"> Юридическое лицо/</w:t>
      </w:r>
      <w:r w:rsidRPr="00151BCA">
        <w:rPr>
          <w:lang w:val="ru-RU"/>
        </w:rPr>
        <w:t xml:space="preserve"> Индивидуальный предприниматель  </w:t>
      </w:r>
    </w:p>
    <w:p w:rsidR="009F460F" w:rsidRPr="00151BCA" w:rsidRDefault="00151BCA">
      <w:pPr>
        <w:rPr>
          <w:lang w:val="ru-RU"/>
        </w:rPr>
      </w:pPr>
      <w:bookmarkStart w:id="0" w:name="_GoBack"/>
      <w:bookmarkEnd w:id="0"/>
      <w:proofErr w:type="gramStart"/>
      <w:r w:rsidRPr="00151BCA">
        <w:rPr>
          <w:lang w:val="ru-RU"/>
        </w:rPr>
        <w:t>[ ]</w:t>
      </w:r>
      <w:proofErr w:type="gramEnd"/>
      <w:r w:rsidRPr="00151BCA">
        <w:rPr>
          <w:lang w:val="ru-RU"/>
        </w:rPr>
        <w:t xml:space="preserve"> Физическое лицо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Полное наименование юридического лица / ФИО индивидуального предпринимателя или физического лица: ________________________________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Орг</w:t>
      </w:r>
      <w:r w:rsidRPr="00151BCA">
        <w:rPr>
          <w:lang w:val="ru-RU"/>
        </w:rPr>
        <w:t>анизационно-правовая форма / Документ, удостоверяющий личность (паспортные данные для физ. лиц): ________________________________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ФИО руководителя (заполняется для юр. лиц): ________________________________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ИНН, КПП (заполняется для юр. лиц и ИП): ____</w:t>
      </w:r>
      <w:r w:rsidRPr="00151BCA">
        <w:rPr>
          <w:lang w:val="ru-RU"/>
        </w:rPr>
        <w:t>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Юридический адрес / Адрес регистрации по месту жительства: ________________________________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Фактический адрес / Местонахождение: ________________________________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 xml:space="preserve">• Контактный телефон и </w:t>
      </w:r>
      <w:r>
        <w:t>E</w:t>
      </w:r>
      <w:r w:rsidRPr="00151BCA">
        <w:rPr>
          <w:lang w:val="ru-RU"/>
        </w:rPr>
        <w:t>-</w:t>
      </w:r>
      <w:r>
        <w:t>mail</w:t>
      </w:r>
      <w:r w:rsidRPr="00151BCA">
        <w:rPr>
          <w:lang w:val="ru-RU"/>
        </w:rPr>
        <w:t>: ______________________________</w:t>
      </w:r>
      <w:r w:rsidRPr="00151BCA">
        <w:rPr>
          <w:lang w:val="ru-RU"/>
        </w:rPr>
        <w:t>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Банковские реквизиты (расчетный счет для ЮЛ и ИП / текущий счет физ. лица / счет «До востребования»): ________________________________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Участник — резидент Республики Абхазия (Да/Нет — дает преимущество при оценке 15%): ______________________________</w:t>
      </w:r>
      <w:r w:rsidRPr="00151BCA">
        <w:rPr>
          <w:lang w:val="ru-RU"/>
        </w:rPr>
        <w:t>__</w:t>
      </w:r>
    </w:p>
    <w:p w:rsidR="009F460F" w:rsidRPr="00151BCA" w:rsidRDefault="00151BCA">
      <w:pPr>
        <w:rPr>
          <w:lang w:val="ru-RU"/>
        </w:rPr>
      </w:pPr>
      <w:r w:rsidRPr="00151BCA">
        <w:rPr>
          <w:b/>
          <w:lang w:val="ru-RU"/>
        </w:rPr>
        <w:t>2. ДЕКЛАРАЦИЯ СООТВЕТСТВИЯ: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Конкурсная документация изучена нами в полном объеме и признана полной и достаточной для подготовки настоящей конкурсной заявки. Настоящим подтверждаем соответствие следующим обязательным требованиям: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Отсутствие задолженнос</w:t>
      </w:r>
      <w:r w:rsidRPr="00151BCA">
        <w:rPr>
          <w:lang w:val="ru-RU"/>
        </w:rPr>
        <w:t xml:space="preserve">ти по налогам (для физ. лиц, в </w:t>
      </w:r>
      <w:proofErr w:type="spellStart"/>
      <w:r w:rsidRPr="00151BCA">
        <w:rPr>
          <w:lang w:val="ru-RU"/>
        </w:rPr>
        <w:t>т.ч</w:t>
      </w:r>
      <w:proofErr w:type="spellEnd"/>
      <w:r w:rsidRPr="00151BCA">
        <w:rPr>
          <w:lang w:val="ru-RU"/>
        </w:rPr>
        <w:t>. по земельному налогу);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lastRenderedPageBreak/>
        <w:t>• Поставщик гарантирует качество и сортность посадочного материала;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Наличие открытого банковского счета на территории Республики Абхазия либо письменное обязательство открыть такой счет до момент</w:t>
      </w:r>
      <w:r w:rsidRPr="00151BCA">
        <w:rPr>
          <w:lang w:val="ru-RU"/>
        </w:rPr>
        <w:t>а заключения договора поставки;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Предоставление достоверной информации и полного комплекта документов.</w:t>
      </w:r>
    </w:p>
    <w:p w:rsidR="009F460F" w:rsidRPr="00151BCA" w:rsidRDefault="00151BCA">
      <w:pPr>
        <w:rPr>
          <w:lang w:val="ru-RU"/>
        </w:rPr>
      </w:pPr>
      <w:r w:rsidRPr="00151BCA">
        <w:rPr>
          <w:b/>
          <w:lang w:val="ru-RU"/>
        </w:rPr>
        <w:t>3. ПРЕДЛАГАЕМ СЛЕДУЮЩИЕ УСЛОВИЯ ВЫПОЛНЕНИЯ ДОГОВОРА: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Общая сумма договора: ________________________________________ руб.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Сроки поставки (не более 30</w:t>
      </w:r>
      <w:r w:rsidRPr="00151BCA">
        <w:rPr>
          <w:lang w:val="ru-RU"/>
        </w:rPr>
        <w:t xml:space="preserve"> календарных дней): ________________________________________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Условия оплаты: ________________________________________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 xml:space="preserve">• Место поставки: склад/ферма Покупателя (г. </w:t>
      </w:r>
      <w:proofErr w:type="spellStart"/>
      <w:r w:rsidRPr="00151BCA">
        <w:rPr>
          <w:lang w:val="ru-RU"/>
        </w:rPr>
        <w:t>Сухум</w:t>
      </w:r>
      <w:proofErr w:type="spellEnd"/>
      <w:r w:rsidRPr="00151BCA">
        <w:rPr>
          <w:lang w:val="ru-RU"/>
        </w:rPr>
        <w:t>, ул. Лакоба, 21) или иное место, указанное Заказчиком на территории Республики Абхази</w:t>
      </w:r>
      <w:r w:rsidRPr="00151BCA">
        <w:rPr>
          <w:lang w:val="ru-RU"/>
        </w:rPr>
        <w:t>я.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• Страна (место) происхождения (выращивания) товара: __________________________________________________</w:t>
      </w:r>
    </w:p>
    <w:p w:rsidR="009F460F" w:rsidRPr="00151BCA" w:rsidRDefault="00151BCA">
      <w:pPr>
        <w:rPr>
          <w:lang w:val="ru-RU"/>
        </w:rPr>
      </w:pPr>
      <w:r w:rsidRPr="00151BCA">
        <w:rPr>
          <w:b/>
          <w:lang w:val="ru-RU"/>
        </w:rPr>
        <w:t>4. ОПИСЬ ВХОДЯЩИХ В СОСТАВ ЗАЯВКИ ДОКУМЕНТОВ: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>Нами представлены в составе Заявки на участие в конкурсе следующие документы (отметьте нужный блок):</w:t>
      </w:r>
    </w:p>
    <w:p w:rsidR="009F460F" w:rsidRPr="00151BCA" w:rsidRDefault="00151BCA">
      <w:pPr>
        <w:rPr>
          <w:lang w:val="ru-RU"/>
        </w:rPr>
      </w:pPr>
      <w:r w:rsidRPr="00151BCA">
        <w:rPr>
          <w:b/>
          <w:lang w:val="ru-RU"/>
        </w:rPr>
        <w:t>ДЛЯ ЮРИДИЧЕСКИХ ЛИЦ И ИНДИВИДУАЛЬНЫХ ПРЕДПРИНИМАТЕЛЕЙ:</w:t>
      </w:r>
    </w:p>
    <w:p w:rsidR="009F460F" w:rsidRPr="00151BCA" w:rsidRDefault="00151BCA">
      <w:pPr>
        <w:rPr>
          <w:lang w:val="ru-RU"/>
        </w:rPr>
      </w:pPr>
      <w:proofErr w:type="gramStart"/>
      <w:r w:rsidRPr="00151BCA">
        <w:rPr>
          <w:lang w:val="ru-RU"/>
        </w:rPr>
        <w:t>[ ]</w:t>
      </w:r>
      <w:proofErr w:type="gramEnd"/>
      <w:r w:rsidRPr="00151BCA">
        <w:rPr>
          <w:lang w:val="ru-RU"/>
        </w:rPr>
        <w:t xml:space="preserve"> Коммерческое предложение.</w:t>
      </w:r>
    </w:p>
    <w:p w:rsidR="009F460F" w:rsidRPr="00151BCA" w:rsidRDefault="00151BCA">
      <w:pPr>
        <w:rPr>
          <w:lang w:val="ru-RU"/>
        </w:rPr>
      </w:pPr>
      <w:proofErr w:type="gramStart"/>
      <w:r w:rsidRPr="00151BCA">
        <w:rPr>
          <w:lang w:val="ru-RU"/>
        </w:rPr>
        <w:t>[ ]</w:t>
      </w:r>
      <w:proofErr w:type="gramEnd"/>
      <w:r w:rsidRPr="00151BCA">
        <w:rPr>
          <w:lang w:val="ru-RU"/>
        </w:rPr>
        <w:t xml:space="preserve"> Копии учредительных документов (для юридических лиц) или свидетельства о регистрации ИП.</w:t>
      </w:r>
    </w:p>
    <w:p w:rsidR="009F460F" w:rsidRPr="00151BCA" w:rsidRDefault="00151BCA">
      <w:pPr>
        <w:rPr>
          <w:lang w:val="ru-RU"/>
        </w:rPr>
      </w:pPr>
      <w:proofErr w:type="gramStart"/>
      <w:r w:rsidRPr="00151BCA">
        <w:rPr>
          <w:lang w:val="ru-RU"/>
        </w:rPr>
        <w:t>[ ]</w:t>
      </w:r>
      <w:proofErr w:type="gramEnd"/>
      <w:r w:rsidRPr="00151BCA">
        <w:rPr>
          <w:lang w:val="ru-RU"/>
        </w:rPr>
        <w:t xml:space="preserve"> Копия свидетельства о постановке на налоговый учет.</w:t>
      </w:r>
    </w:p>
    <w:p w:rsidR="009F460F" w:rsidRPr="00151BCA" w:rsidRDefault="00151BCA">
      <w:pPr>
        <w:rPr>
          <w:lang w:val="ru-RU"/>
        </w:rPr>
      </w:pPr>
      <w:proofErr w:type="gramStart"/>
      <w:r w:rsidRPr="00151BCA">
        <w:rPr>
          <w:lang w:val="ru-RU"/>
        </w:rPr>
        <w:t>[ ]</w:t>
      </w:r>
      <w:proofErr w:type="gramEnd"/>
      <w:r w:rsidRPr="00151BCA">
        <w:rPr>
          <w:lang w:val="ru-RU"/>
        </w:rPr>
        <w:t xml:space="preserve"> Справка об отсутст</w:t>
      </w:r>
      <w:r w:rsidRPr="00151BCA">
        <w:rPr>
          <w:lang w:val="ru-RU"/>
        </w:rPr>
        <w:t>вии задолженности по налогам.</w:t>
      </w:r>
    </w:p>
    <w:p w:rsidR="009F460F" w:rsidRPr="00151BCA" w:rsidRDefault="00151BCA">
      <w:pPr>
        <w:rPr>
          <w:lang w:val="ru-RU"/>
        </w:rPr>
      </w:pPr>
      <w:proofErr w:type="gramStart"/>
      <w:r w:rsidRPr="00151BCA">
        <w:rPr>
          <w:lang w:val="ru-RU"/>
        </w:rPr>
        <w:t>[ ]</w:t>
      </w:r>
      <w:proofErr w:type="gramEnd"/>
      <w:r w:rsidRPr="00151BCA">
        <w:rPr>
          <w:lang w:val="ru-RU"/>
        </w:rPr>
        <w:t xml:space="preserve"> Справка из банка о наличии расчетного счета с указанием реквизитов.</w:t>
      </w:r>
    </w:p>
    <w:p w:rsidR="009F460F" w:rsidRPr="00151BCA" w:rsidRDefault="00151BCA">
      <w:pPr>
        <w:rPr>
          <w:lang w:val="ru-RU"/>
        </w:rPr>
      </w:pPr>
      <w:r w:rsidRPr="00151BCA">
        <w:rPr>
          <w:b/>
          <w:lang w:val="ru-RU"/>
        </w:rPr>
        <w:t>ДЛЯ ФИЗИЧЕСКИХ ЛИЦ:</w:t>
      </w:r>
    </w:p>
    <w:p w:rsidR="009F460F" w:rsidRPr="00151BCA" w:rsidRDefault="00151BCA">
      <w:pPr>
        <w:rPr>
          <w:lang w:val="ru-RU"/>
        </w:rPr>
      </w:pPr>
      <w:proofErr w:type="gramStart"/>
      <w:r w:rsidRPr="00151BCA">
        <w:rPr>
          <w:lang w:val="ru-RU"/>
        </w:rPr>
        <w:t>[ ]</w:t>
      </w:r>
      <w:proofErr w:type="gramEnd"/>
      <w:r w:rsidRPr="00151BCA">
        <w:rPr>
          <w:lang w:val="ru-RU"/>
        </w:rPr>
        <w:t xml:space="preserve"> Коммерческое предложение.</w:t>
      </w:r>
    </w:p>
    <w:p w:rsidR="009F460F" w:rsidRPr="00151BCA" w:rsidRDefault="00151BCA">
      <w:pPr>
        <w:rPr>
          <w:lang w:val="ru-RU"/>
        </w:rPr>
      </w:pPr>
      <w:proofErr w:type="gramStart"/>
      <w:r w:rsidRPr="00151BCA">
        <w:rPr>
          <w:lang w:val="ru-RU"/>
        </w:rPr>
        <w:t>[ ]</w:t>
      </w:r>
      <w:proofErr w:type="gramEnd"/>
      <w:r w:rsidRPr="00151BCA">
        <w:rPr>
          <w:lang w:val="ru-RU"/>
        </w:rPr>
        <w:t xml:space="preserve"> Копия документа, удостоверяющего личность (паспорт гражданина Республики Абхазия).</w:t>
      </w:r>
    </w:p>
    <w:p w:rsidR="009F460F" w:rsidRPr="00151BCA" w:rsidRDefault="00151BCA">
      <w:pPr>
        <w:rPr>
          <w:lang w:val="ru-RU"/>
        </w:rPr>
      </w:pPr>
      <w:proofErr w:type="gramStart"/>
      <w:r w:rsidRPr="00151BCA">
        <w:rPr>
          <w:lang w:val="ru-RU"/>
        </w:rPr>
        <w:t>[ ]</w:t>
      </w:r>
      <w:proofErr w:type="gramEnd"/>
      <w:r w:rsidRPr="00151BCA">
        <w:rPr>
          <w:lang w:val="ru-RU"/>
        </w:rPr>
        <w:t xml:space="preserve"> Справка об от</w:t>
      </w:r>
      <w:r w:rsidRPr="00151BCA">
        <w:rPr>
          <w:lang w:val="ru-RU"/>
        </w:rPr>
        <w:t>сутствии задолженности по налогам (в том числе по земельному налогу).</w:t>
      </w:r>
    </w:p>
    <w:p w:rsidR="009F460F" w:rsidRPr="00151BCA" w:rsidRDefault="00151BCA">
      <w:pPr>
        <w:rPr>
          <w:lang w:val="ru-RU"/>
        </w:rPr>
      </w:pPr>
      <w:proofErr w:type="gramStart"/>
      <w:r w:rsidRPr="00151BCA">
        <w:rPr>
          <w:lang w:val="ru-RU"/>
        </w:rPr>
        <w:lastRenderedPageBreak/>
        <w:t>[ ]</w:t>
      </w:r>
      <w:proofErr w:type="gramEnd"/>
      <w:r w:rsidRPr="00151BCA">
        <w:rPr>
          <w:lang w:val="ru-RU"/>
        </w:rPr>
        <w:t xml:space="preserve"> Документ (выписка/справка) из банка с реквизитами текущего счета / счета «До востребования» (либо письменное гарантийное обязательство открыть счет до подписания договора).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br/>
        <w:t>Все лист</w:t>
      </w:r>
      <w:r w:rsidRPr="00151BCA">
        <w:rPr>
          <w:lang w:val="ru-RU"/>
        </w:rPr>
        <w:t>ы заявки пронумерованы и подписаны уполномоченным лицом (или лично физическим лицом — заявителем).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br/>
        <w:t>Подпись претендента (уполномоченного лица / физического лица): _________________ / _______________________ /</w:t>
      </w:r>
    </w:p>
    <w:p w:rsidR="009F460F" w:rsidRPr="00151BCA" w:rsidRDefault="00151BCA">
      <w:pPr>
        <w:rPr>
          <w:lang w:val="ru-RU"/>
        </w:rPr>
      </w:pPr>
      <w:r w:rsidRPr="00151BCA">
        <w:rPr>
          <w:lang w:val="ru-RU"/>
        </w:rPr>
        <w:t xml:space="preserve">М.П. (при </w:t>
      </w:r>
      <w:proofErr w:type="gramStart"/>
      <w:r w:rsidRPr="00151BCA">
        <w:rPr>
          <w:lang w:val="ru-RU"/>
        </w:rPr>
        <w:t xml:space="preserve">наличии)   </w:t>
      </w:r>
      <w:proofErr w:type="gramEnd"/>
      <w:r w:rsidRPr="00151BCA">
        <w:rPr>
          <w:lang w:val="ru-RU"/>
        </w:rPr>
        <w:t xml:space="preserve">                          </w:t>
      </w:r>
      <w:r w:rsidRPr="00151BCA">
        <w:rPr>
          <w:lang w:val="ru-RU"/>
        </w:rPr>
        <w:t xml:space="preserve">                                      Дата: «____» _______________ 2026 г.</w:t>
      </w:r>
    </w:p>
    <w:sectPr w:rsidR="009F460F" w:rsidRPr="00151BC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1BCA"/>
    <w:rsid w:val="0029639D"/>
    <w:rsid w:val="00326F90"/>
    <w:rsid w:val="009F460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8147856-0A04-4E5B-9F49-52AD0D72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9319B7-1F33-498F-9D1C-3EAC4707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3343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2026-10-22T13:07:00Z</dcterms:created>
  <dcterms:modified xsi:type="dcterms:W3CDTF">2026-10-22T13:07:00Z</dcterms:modified>
  <cp:category/>
</cp:coreProperties>
</file>