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EA" w:rsidRPr="00F96200" w:rsidRDefault="00F96200">
      <w:pPr>
        <w:jc w:val="right"/>
        <w:rPr>
          <w:lang w:val="ru-RU"/>
        </w:rPr>
      </w:pPr>
      <w:r>
        <w:rPr>
          <w:b/>
          <w:lang w:val="ru-RU"/>
        </w:rPr>
        <w:t xml:space="preserve">В Министерство сельского хозяйства Республики Абхазии </w:t>
      </w:r>
    </w:p>
    <w:p w:rsidR="00E771EA" w:rsidRPr="00F96200" w:rsidRDefault="00F96200">
      <w:pPr>
        <w:jc w:val="center"/>
        <w:rPr>
          <w:lang w:val="ru-RU"/>
        </w:rPr>
      </w:pPr>
      <w:r w:rsidRPr="00F96200">
        <w:rPr>
          <w:b/>
          <w:sz w:val="28"/>
          <w:lang w:val="ru-RU"/>
        </w:rPr>
        <w:t>ЗАЯВКА НА УЧАСТИЕ В ОТКРЫТОМ КОНКУРСЕ</w:t>
      </w:r>
      <w:r w:rsidRPr="00F96200">
        <w:rPr>
          <w:b/>
          <w:sz w:val="28"/>
          <w:lang w:val="ru-RU"/>
        </w:rPr>
        <w:br/>
      </w:r>
      <w:r w:rsidRPr="00F96200">
        <w:rPr>
          <w:lang w:val="ru-RU"/>
        </w:rPr>
        <w:t>на право заключения договора поставки товаров в рамках реализации Государственной программы «Развитие сельских территорий на 2026 год», утвержденной Указом Президента Республики Абхазия от 14 мая 2026 г. № 137</w:t>
      </w:r>
    </w:p>
    <w:p w:rsidR="00E771EA" w:rsidRPr="00F96200" w:rsidRDefault="00E771EA">
      <w:pPr>
        <w:rPr>
          <w:lang w:val="ru-RU"/>
        </w:rPr>
      </w:pPr>
    </w:p>
    <w:p w:rsidR="00E771EA" w:rsidRPr="00F96200" w:rsidRDefault="00F96200">
      <w:pPr>
        <w:rPr>
          <w:lang w:val="ru-RU"/>
        </w:rPr>
      </w:pPr>
      <w:r w:rsidRPr="00F96200">
        <w:rPr>
          <w:b/>
          <w:lang w:val="ru-RU"/>
        </w:rPr>
        <w:t xml:space="preserve">Предмет открытого конкурса: </w:t>
      </w:r>
      <w:r w:rsidRPr="00F96200">
        <w:rPr>
          <w:lang w:val="ru-RU"/>
        </w:rPr>
        <w:t>____________________________________________________________</w:t>
      </w:r>
    </w:p>
    <w:p w:rsidR="00E771EA" w:rsidRPr="00F96200" w:rsidRDefault="00F96200">
      <w:pPr>
        <w:jc w:val="center"/>
        <w:rPr>
          <w:b/>
          <w:lang w:val="ru-RU"/>
        </w:rPr>
      </w:pPr>
      <w:r w:rsidRPr="00F96200">
        <w:rPr>
          <w:b/>
          <w:i/>
          <w:color w:val="646464"/>
          <w:sz w:val="18"/>
          <w:lang w:val="ru-RU"/>
        </w:rPr>
        <w:t xml:space="preserve">(укажите наименование закупки согласно конкурсной документации, </w:t>
      </w:r>
      <w:proofErr w:type="gramStart"/>
      <w:r w:rsidRPr="00F96200">
        <w:rPr>
          <w:b/>
          <w:i/>
          <w:color w:val="646464"/>
          <w:sz w:val="18"/>
          <w:lang w:val="ru-RU"/>
        </w:rPr>
        <w:t>например</w:t>
      </w:r>
      <w:r>
        <w:rPr>
          <w:b/>
          <w:i/>
          <w:color w:val="646464"/>
          <w:sz w:val="18"/>
          <w:lang w:val="ru-RU"/>
        </w:rPr>
        <w:t xml:space="preserve"> </w:t>
      </w:r>
      <w:r w:rsidRPr="00F96200">
        <w:rPr>
          <w:b/>
          <w:i/>
          <w:color w:val="646464"/>
          <w:sz w:val="18"/>
          <w:lang w:val="ru-RU"/>
        </w:rPr>
        <w:t>:</w:t>
      </w:r>
      <w:proofErr w:type="gramEnd"/>
      <w:r w:rsidRPr="00F96200">
        <w:rPr>
          <w:b/>
          <w:i/>
          <w:color w:val="646464"/>
          <w:sz w:val="18"/>
          <w:lang w:val="ru-RU"/>
        </w:rPr>
        <w:t xml:space="preserve"> Л</w:t>
      </w:r>
      <w:r>
        <w:rPr>
          <w:b/>
          <w:i/>
          <w:color w:val="646464"/>
          <w:sz w:val="18"/>
          <w:lang w:val="ru-RU"/>
        </w:rPr>
        <w:t>ОТ №1</w:t>
      </w:r>
      <w:r w:rsidRPr="00F96200">
        <w:rPr>
          <w:b/>
          <w:i/>
          <w:color w:val="646464"/>
          <w:sz w:val="18"/>
          <w:lang w:val="ru-RU"/>
        </w:rPr>
        <w:t>)</w:t>
      </w:r>
    </w:p>
    <w:p w:rsidR="00E771EA" w:rsidRPr="00F96200" w:rsidRDefault="00E771EA">
      <w:pPr>
        <w:rPr>
          <w:lang w:val="ru-RU"/>
        </w:rPr>
      </w:pPr>
    </w:p>
    <w:p w:rsidR="00E771EA" w:rsidRPr="00F96200" w:rsidRDefault="00F96200">
      <w:pPr>
        <w:jc w:val="right"/>
        <w:rPr>
          <w:lang w:val="ru-RU"/>
        </w:rPr>
      </w:pPr>
      <w:r w:rsidRPr="00F96200">
        <w:rPr>
          <w:b/>
          <w:lang w:val="ru-RU"/>
        </w:rPr>
        <w:t>Дата заполнения заявки: «___» __________ 2026 г.</w:t>
      </w:r>
    </w:p>
    <w:p w:rsidR="00E771EA" w:rsidRPr="00F96200" w:rsidRDefault="00F96200">
      <w:pPr>
        <w:rPr>
          <w:lang w:val="ru-RU"/>
        </w:rPr>
      </w:pPr>
      <w:r w:rsidRPr="00F96200">
        <w:rPr>
          <w:b/>
          <w:lang w:val="ru-RU"/>
        </w:rPr>
        <w:t>1. СВЕДЕНИЯ ОБ УЧАСТНИКЕ КОНКУРСА: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1. Полное наименование участника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2. Организационно-правовая форма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3. ФИО руководителя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4. ИНН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5. КПП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6. Юридический адрес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7. Фактический адрес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8. Контактный телефон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>
        <w:tc>
          <w:tcPr>
            <w:tcW w:w="4986" w:type="dxa"/>
          </w:tcPr>
          <w:p w:rsidR="00E771EA" w:rsidRDefault="00F96200">
            <w:r>
              <w:rPr>
                <w:b/>
              </w:rPr>
              <w:t>9. E-mail</w:t>
            </w:r>
          </w:p>
        </w:tc>
        <w:tc>
          <w:tcPr>
            <w:tcW w:w="4986" w:type="dxa"/>
          </w:tcPr>
          <w:p w:rsidR="00E771EA" w:rsidRDefault="00E771EA"/>
        </w:tc>
      </w:tr>
      <w:tr w:rsidR="00E771EA" w:rsidRPr="005328F9">
        <w:tc>
          <w:tcPr>
            <w:tcW w:w="4986" w:type="dxa"/>
          </w:tcPr>
          <w:p w:rsidR="00E771EA" w:rsidRPr="00F96200" w:rsidRDefault="00F96200">
            <w:pPr>
              <w:rPr>
                <w:lang w:val="ru-RU"/>
              </w:rPr>
            </w:pPr>
            <w:r w:rsidRPr="00F96200">
              <w:rPr>
                <w:b/>
                <w:lang w:val="ru-RU"/>
              </w:rPr>
              <w:t xml:space="preserve">10. Является ли участник резидентом </w:t>
            </w:r>
            <w:proofErr w:type="gramStart"/>
            <w:r w:rsidRPr="00F96200">
              <w:rPr>
                <w:b/>
                <w:lang w:val="ru-RU"/>
              </w:rPr>
              <w:t>РА</w:t>
            </w:r>
            <w:r w:rsidRPr="00F96200">
              <w:rPr>
                <w:b/>
                <w:lang w:val="ru-RU"/>
              </w:rPr>
              <w:br/>
              <w:t>(</w:t>
            </w:r>
            <w:proofErr w:type="gramEnd"/>
            <w:r w:rsidRPr="00F96200">
              <w:rPr>
                <w:b/>
                <w:lang w:val="ru-RU"/>
              </w:rPr>
              <w:t>Да/Нет — дает преимущество при оценке в 10 баллов)</w:t>
            </w:r>
          </w:p>
        </w:tc>
        <w:tc>
          <w:tcPr>
            <w:tcW w:w="4986" w:type="dxa"/>
          </w:tcPr>
          <w:p w:rsidR="00E771EA" w:rsidRPr="00F96200" w:rsidRDefault="00E771EA">
            <w:pPr>
              <w:rPr>
                <w:lang w:val="ru-RU"/>
              </w:rPr>
            </w:pPr>
          </w:p>
        </w:tc>
      </w:tr>
    </w:tbl>
    <w:p w:rsidR="00E771EA" w:rsidRPr="00F96200" w:rsidRDefault="00E771EA">
      <w:pPr>
        <w:rPr>
          <w:lang w:val="ru-RU"/>
        </w:rPr>
      </w:pPr>
    </w:p>
    <w:p w:rsidR="00E771EA" w:rsidRPr="00F96200" w:rsidRDefault="00F96200">
      <w:pPr>
        <w:rPr>
          <w:lang w:val="ru-RU"/>
        </w:rPr>
      </w:pPr>
      <w:r w:rsidRPr="00F96200">
        <w:rPr>
          <w:b/>
          <w:lang w:val="ru-RU"/>
        </w:rPr>
        <w:t>2. ДЕКЛАРАЦИЯ СООТВЕТСТВИЯ:</w:t>
      </w:r>
    </w:p>
    <w:p w:rsidR="00E771EA" w:rsidRDefault="00F96200">
      <w:r w:rsidRPr="00F96200">
        <w:rPr>
          <w:lang w:val="ru-RU"/>
        </w:rPr>
        <w:t xml:space="preserve">Конкурсная документация изучена нами в полном объеме и признана полной и достаточной для подготовки настоящей конкурсной заявки. </w:t>
      </w:r>
      <w:proofErr w:type="spellStart"/>
      <w:r>
        <w:t>Настоящим</w:t>
      </w:r>
      <w:proofErr w:type="spellEnd"/>
      <w:r>
        <w:t xml:space="preserve"> </w:t>
      </w:r>
      <w:proofErr w:type="spellStart"/>
      <w:r>
        <w:t>подтверждаем</w:t>
      </w:r>
      <w:proofErr w:type="spellEnd"/>
      <w:r>
        <w:t xml:space="preserve"> </w:t>
      </w:r>
      <w:proofErr w:type="spellStart"/>
      <w:r>
        <w:t>соответствие</w:t>
      </w:r>
      <w:proofErr w:type="spellEnd"/>
      <w:r>
        <w:t xml:space="preserve"> </w:t>
      </w:r>
      <w:proofErr w:type="spellStart"/>
      <w:r>
        <w:t>следующим</w:t>
      </w:r>
      <w:proofErr w:type="spellEnd"/>
      <w:r>
        <w:t xml:space="preserve"> обязательным требованиям:</w:t>
      </w:r>
    </w:p>
    <w:p w:rsidR="00E771EA" w:rsidRPr="00F96200" w:rsidRDefault="00F96200">
      <w:pPr>
        <w:pStyle w:val="a0"/>
        <w:rPr>
          <w:lang w:val="ru-RU"/>
        </w:rPr>
      </w:pPr>
      <w:r w:rsidRPr="00F96200">
        <w:rPr>
          <w:lang w:val="ru-RU"/>
        </w:rPr>
        <w:t>Отсутствие задолженности перед бюджетной системой Республики Абхазия;</w:t>
      </w:r>
    </w:p>
    <w:p w:rsidR="00E771EA" w:rsidRPr="00F96200" w:rsidRDefault="00F96200">
      <w:pPr>
        <w:pStyle w:val="a0"/>
        <w:rPr>
          <w:lang w:val="ru-RU"/>
        </w:rPr>
      </w:pPr>
      <w:r w:rsidRPr="00F96200">
        <w:rPr>
          <w:lang w:val="ru-RU"/>
        </w:rPr>
        <w:t>Деятельность не приостановлена в установленном законодательством порядке;</w:t>
      </w:r>
    </w:p>
    <w:p w:rsidR="00E771EA" w:rsidRPr="00F96200" w:rsidRDefault="00F96200">
      <w:pPr>
        <w:pStyle w:val="a0"/>
        <w:rPr>
          <w:lang w:val="ru-RU"/>
        </w:rPr>
      </w:pPr>
      <w:r w:rsidRPr="00F96200">
        <w:rPr>
          <w:lang w:val="ru-RU"/>
        </w:rPr>
        <w:t>Отсутствие процедуры ликвидации или банкротства (для юридических лиц и ИП);</w:t>
      </w:r>
    </w:p>
    <w:p w:rsidR="00E771EA" w:rsidRPr="00F96200" w:rsidRDefault="00F96200">
      <w:pPr>
        <w:pStyle w:val="a0"/>
        <w:rPr>
          <w:lang w:val="ru-RU"/>
        </w:rPr>
      </w:pPr>
      <w:r w:rsidRPr="00F96200">
        <w:rPr>
          <w:lang w:val="ru-RU"/>
        </w:rPr>
        <w:t>Предоставление достоверных сведений и полного пакета документов.</w:t>
      </w:r>
    </w:p>
    <w:p w:rsidR="00E771EA" w:rsidRPr="00F96200" w:rsidRDefault="00E771EA">
      <w:pPr>
        <w:rPr>
          <w:lang w:val="ru-RU"/>
        </w:rPr>
      </w:pPr>
    </w:p>
    <w:p w:rsidR="00E771EA" w:rsidRPr="00F96200" w:rsidRDefault="00F96200">
      <w:pPr>
        <w:rPr>
          <w:lang w:val="ru-RU"/>
        </w:rPr>
      </w:pPr>
      <w:r w:rsidRPr="00F96200">
        <w:rPr>
          <w:b/>
          <w:lang w:val="ru-RU"/>
        </w:rPr>
        <w:t>3. ПРЕДЛАГАЕМ СЛЕДУЮЩИЕ УСЛОВИЯ ВЫПОЛНЕНИЯ ДОГОВОРА:</w:t>
      </w:r>
    </w:p>
    <w:p w:rsidR="00E771EA" w:rsidRPr="00F96200" w:rsidRDefault="00F96200">
      <w:pPr>
        <w:rPr>
          <w:lang w:val="ru-RU"/>
        </w:rPr>
      </w:pPr>
      <w:r w:rsidRPr="00F96200">
        <w:rPr>
          <w:i/>
          <w:color w:val="555555"/>
          <w:sz w:val="20"/>
          <w:lang w:val="ru-RU"/>
        </w:rPr>
        <w:lastRenderedPageBreak/>
        <w:t>(Детальная информация должна быть отражена в прилагаемом Коммерческом предложении. В случае большого перечня поставляемых товаров, информация данного раздела может быть оформлена в виде отдельного Приложения к настоящей заявке)</w:t>
      </w:r>
    </w:p>
    <w:p w:rsidR="00E771EA" w:rsidRPr="00F96200" w:rsidRDefault="00F96200">
      <w:pPr>
        <w:rPr>
          <w:lang w:val="ru-RU"/>
        </w:rPr>
      </w:pPr>
      <w:r w:rsidRPr="00F96200">
        <w:rPr>
          <w:lang w:val="ru-RU"/>
        </w:rPr>
        <w:t>Общая сумма договора: ________________________________________ руб.</w:t>
      </w:r>
    </w:p>
    <w:p w:rsidR="00E771EA" w:rsidRPr="00F96200" w:rsidRDefault="00F96200">
      <w:pPr>
        <w:rPr>
          <w:lang w:val="ru-RU"/>
        </w:rPr>
      </w:pPr>
      <w:r w:rsidRPr="00F96200">
        <w:rPr>
          <w:lang w:val="ru-RU"/>
        </w:rPr>
        <w:t>Сроки поставки (не более 30 календарных дней): ________________________________________</w:t>
      </w:r>
    </w:p>
    <w:p w:rsidR="00E771EA" w:rsidRPr="00F96200" w:rsidRDefault="00F96200">
      <w:pPr>
        <w:rPr>
          <w:lang w:val="ru-RU"/>
        </w:rPr>
      </w:pPr>
      <w:r w:rsidRPr="00F96200">
        <w:rPr>
          <w:lang w:val="ru-RU"/>
        </w:rPr>
        <w:t>Условия оплаты (предлагаемый график финансирования): ______________________________</w:t>
      </w:r>
    </w:p>
    <w:p w:rsidR="00E771EA" w:rsidRPr="00F96200" w:rsidRDefault="00F96200">
      <w:pPr>
        <w:rPr>
          <w:lang w:val="ru-RU"/>
        </w:rPr>
      </w:pPr>
      <w:r w:rsidRPr="00F96200">
        <w:rPr>
          <w:lang w:val="ru-RU"/>
        </w:rPr>
        <w:t xml:space="preserve">Место поставки: склад Покупателя (г. </w:t>
      </w:r>
      <w:proofErr w:type="spellStart"/>
      <w:r w:rsidRPr="00F96200">
        <w:rPr>
          <w:lang w:val="ru-RU"/>
        </w:rPr>
        <w:t>Сухум</w:t>
      </w:r>
      <w:proofErr w:type="spellEnd"/>
      <w:r w:rsidRPr="00F96200">
        <w:rPr>
          <w:lang w:val="ru-RU"/>
        </w:rPr>
        <w:t>, ул. Лакоба, 21) или ____________________</w:t>
      </w:r>
    </w:p>
    <w:p w:rsidR="00E771EA" w:rsidRPr="00F96200" w:rsidRDefault="00F96200">
      <w:pPr>
        <w:rPr>
          <w:lang w:val="ru-RU"/>
        </w:rPr>
      </w:pPr>
      <w:r w:rsidRPr="00F96200">
        <w:rPr>
          <w:lang w:val="ru-RU"/>
        </w:rPr>
        <w:t>Страна происхождения товара: __________________________________________________</w:t>
      </w:r>
    </w:p>
    <w:p w:rsidR="00E771EA" w:rsidRPr="00F96200" w:rsidRDefault="00E771EA">
      <w:pPr>
        <w:rPr>
          <w:lang w:val="ru-RU"/>
        </w:rPr>
      </w:pPr>
    </w:p>
    <w:p w:rsidR="00E771EA" w:rsidRPr="00F96200" w:rsidRDefault="00F96200">
      <w:pPr>
        <w:rPr>
          <w:lang w:val="ru-RU"/>
        </w:rPr>
      </w:pPr>
      <w:r w:rsidRPr="00F96200">
        <w:rPr>
          <w:b/>
          <w:lang w:val="ru-RU"/>
        </w:rPr>
        <w:t>4. ОПИСЬ ВХОДЯЩИХ В СОСТАВ ЗАЯВКИ ДОКУМЕНТОВ:</w:t>
      </w:r>
    </w:p>
    <w:p w:rsidR="00E771EA" w:rsidRPr="00F96200" w:rsidRDefault="00F96200">
      <w:pPr>
        <w:rPr>
          <w:lang w:val="ru-RU"/>
        </w:rPr>
      </w:pPr>
      <w:r w:rsidRPr="00F96200">
        <w:rPr>
          <w:lang w:val="ru-RU"/>
        </w:rPr>
        <w:t>Нами представлены в составе Заявки на участие в конкурсе следующие документы (отметить нужное):</w:t>
      </w:r>
    </w:p>
    <w:p w:rsidR="005328F9" w:rsidRDefault="00F96200">
      <w:pPr>
        <w:rPr>
          <w:lang w:val="ru-RU"/>
        </w:rPr>
      </w:pPr>
      <w:proofErr w:type="gramStart"/>
      <w:r w:rsidRPr="00F96200">
        <w:rPr>
          <w:lang w:val="ru-RU"/>
        </w:rPr>
        <w:t xml:space="preserve">[  </w:t>
      </w:r>
      <w:proofErr w:type="gramEnd"/>
      <w:r w:rsidRPr="00F96200">
        <w:rPr>
          <w:lang w:val="ru-RU"/>
        </w:rPr>
        <w:t xml:space="preserve"> ]  Коммерческое предложение с указанием цены за единицу товара, общей суммы договора, условий платежа, сроков и места поставки, страны происхождения товара.</w:t>
      </w:r>
    </w:p>
    <w:p w:rsidR="00E771EA" w:rsidRPr="00F96200" w:rsidRDefault="00F96200">
      <w:pPr>
        <w:rPr>
          <w:lang w:val="ru-RU"/>
        </w:rPr>
      </w:pPr>
      <w:proofErr w:type="gramStart"/>
      <w:r w:rsidRPr="00F96200">
        <w:rPr>
          <w:lang w:val="ru-RU"/>
        </w:rPr>
        <w:t xml:space="preserve">[  </w:t>
      </w:r>
      <w:proofErr w:type="gramEnd"/>
      <w:r w:rsidRPr="00F96200">
        <w:rPr>
          <w:lang w:val="ru-RU"/>
        </w:rPr>
        <w:t xml:space="preserve"> ]  Копии учредительных документов (для юридических лиц) или свидетельства о регистрации ИП.</w:t>
      </w:r>
      <w:bookmarkStart w:id="0" w:name="_GoBack"/>
      <w:bookmarkEnd w:id="0"/>
    </w:p>
    <w:p w:rsidR="00E771EA" w:rsidRPr="00F96200" w:rsidRDefault="00F96200">
      <w:pPr>
        <w:rPr>
          <w:lang w:val="ru-RU"/>
        </w:rPr>
      </w:pPr>
      <w:proofErr w:type="gramStart"/>
      <w:r w:rsidRPr="00F96200">
        <w:rPr>
          <w:lang w:val="ru-RU"/>
        </w:rPr>
        <w:t xml:space="preserve">[  </w:t>
      </w:r>
      <w:proofErr w:type="gramEnd"/>
      <w:r w:rsidRPr="00F96200">
        <w:rPr>
          <w:lang w:val="ru-RU"/>
        </w:rPr>
        <w:t xml:space="preserve"> ]  Копия свидетельства о постановке на налоговый учёт по месту регистрации.</w:t>
      </w:r>
    </w:p>
    <w:p w:rsidR="00E771EA" w:rsidRPr="00F96200" w:rsidRDefault="00F96200">
      <w:pPr>
        <w:rPr>
          <w:lang w:val="ru-RU"/>
        </w:rPr>
      </w:pPr>
      <w:proofErr w:type="gramStart"/>
      <w:r w:rsidRPr="00F96200">
        <w:rPr>
          <w:lang w:val="ru-RU"/>
        </w:rPr>
        <w:t xml:space="preserve">[  </w:t>
      </w:r>
      <w:proofErr w:type="gramEnd"/>
      <w:r w:rsidRPr="00F96200">
        <w:rPr>
          <w:lang w:val="ru-RU"/>
        </w:rPr>
        <w:t xml:space="preserve"> ]  Документы, подтверждающие качество товара по каждой позиции (сертификаты соответствия, декларации, паспорта качества, подтверждение ГОСТ/ТУ).</w:t>
      </w:r>
    </w:p>
    <w:p w:rsidR="00E771EA" w:rsidRPr="00F96200" w:rsidRDefault="00E771EA">
      <w:pPr>
        <w:rPr>
          <w:lang w:val="ru-RU"/>
        </w:rPr>
      </w:pPr>
    </w:p>
    <w:p w:rsidR="00E771EA" w:rsidRPr="00F96200" w:rsidRDefault="00F96200">
      <w:pPr>
        <w:rPr>
          <w:lang w:val="ru-RU"/>
        </w:rPr>
      </w:pPr>
      <w:r w:rsidRPr="00F96200">
        <w:rPr>
          <w:b/>
          <w:lang w:val="ru-RU"/>
        </w:rPr>
        <w:t>Все листы Заявки на участие в конкурсе пронумерованы и подписаны уполномоченным лицом.</w:t>
      </w:r>
    </w:p>
    <w:p w:rsidR="00E771EA" w:rsidRPr="00F96200" w:rsidRDefault="00E771EA">
      <w:pPr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E771EA" w:rsidRPr="005328F9">
        <w:trPr>
          <w:jc w:val="center"/>
        </w:trPr>
        <w:tc>
          <w:tcPr>
            <w:tcW w:w="4986" w:type="dxa"/>
          </w:tcPr>
          <w:p w:rsidR="00E771EA" w:rsidRDefault="00F96200">
            <w:proofErr w:type="spellStart"/>
            <w:r>
              <w:rPr>
                <w:b/>
              </w:rPr>
              <w:t>Руководитель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Должность</w:t>
            </w:r>
            <w:proofErr w:type="spellEnd"/>
            <w:r>
              <w:rPr>
                <w:b/>
              </w:rPr>
              <w:t>):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__________________________________</w:t>
            </w:r>
          </w:p>
        </w:tc>
        <w:tc>
          <w:tcPr>
            <w:tcW w:w="4986" w:type="dxa"/>
          </w:tcPr>
          <w:p w:rsidR="00E771EA" w:rsidRPr="00F96200" w:rsidRDefault="00F96200">
            <w:pPr>
              <w:jc w:val="center"/>
              <w:rPr>
                <w:lang w:val="ru-RU"/>
              </w:rPr>
            </w:pPr>
            <w:proofErr w:type="gramStart"/>
            <w:r w:rsidRPr="00F96200">
              <w:rPr>
                <w:b/>
                <w:lang w:val="ru-RU"/>
              </w:rPr>
              <w:t>Подпись:</w:t>
            </w:r>
            <w:r w:rsidRPr="00F96200">
              <w:rPr>
                <w:b/>
                <w:lang w:val="ru-RU"/>
              </w:rPr>
              <w:br/>
            </w:r>
            <w:r w:rsidRPr="00F96200">
              <w:rPr>
                <w:b/>
                <w:lang w:val="ru-RU"/>
              </w:rPr>
              <w:br/>
              <w:t>_</w:t>
            </w:r>
            <w:proofErr w:type="gramEnd"/>
            <w:r w:rsidRPr="00F96200">
              <w:rPr>
                <w:b/>
                <w:lang w:val="ru-RU"/>
              </w:rPr>
              <w:t>_________________________________</w:t>
            </w:r>
            <w:r w:rsidRPr="00F96200">
              <w:rPr>
                <w:b/>
                <w:lang w:val="ru-RU"/>
              </w:rPr>
              <w:br/>
              <w:t>(Ф.И.О., подпись)</w:t>
            </w:r>
          </w:p>
        </w:tc>
      </w:tr>
    </w:tbl>
    <w:p w:rsidR="00E771EA" w:rsidRPr="00F96200" w:rsidRDefault="00F96200">
      <w:pPr>
        <w:rPr>
          <w:lang w:val="ru-RU"/>
        </w:rPr>
      </w:pPr>
      <w:r w:rsidRPr="00F96200">
        <w:rPr>
          <w:b/>
          <w:sz w:val="20"/>
          <w:lang w:val="ru-RU"/>
        </w:rPr>
        <w:t xml:space="preserve">Памятка для участника: </w:t>
      </w:r>
      <w:r w:rsidRPr="00F96200">
        <w:rPr>
          <w:i/>
          <w:sz w:val="20"/>
          <w:lang w:val="ru-RU"/>
        </w:rPr>
        <w:t xml:space="preserve">Заявка представляется в письменной форме в запечатанном конверте. На конверте обязательно указываются наименование конкурса и полное наименование претендента. Адрес подачи: г. </w:t>
      </w:r>
      <w:proofErr w:type="spellStart"/>
      <w:r w:rsidRPr="00F96200">
        <w:rPr>
          <w:i/>
          <w:sz w:val="20"/>
          <w:lang w:val="ru-RU"/>
        </w:rPr>
        <w:t>Сухум</w:t>
      </w:r>
      <w:proofErr w:type="spellEnd"/>
      <w:r w:rsidRPr="00F96200">
        <w:rPr>
          <w:i/>
          <w:sz w:val="20"/>
          <w:lang w:val="ru-RU"/>
        </w:rPr>
        <w:t>, ул. Лакоба, 21, 3-й этаж, левое крыло. Заявки, поступившие с опозданием (позже 10 дней с даты официального объявления), к рассмотрению не принимаются и возвращаются нераспечатанными.</w:t>
      </w:r>
    </w:p>
    <w:sectPr w:rsidR="00E771EA" w:rsidRPr="00F96200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28F9"/>
    <w:rsid w:val="00AA1D8D"/>
    <w:rsid w:val="00B47730"/>
    <w:rsid w:val="00CB0664"/>
    <w:rsid w:val="00E771EA"/>
    <w:rsid w:val="00F962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6A48689-93F1-4FD3-A465-6B534954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7DD82-09D9-4CEF-BC63-7D62A4A2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dcterms:created xsi:type="dcterms:W3CDTF">2013-12-23T23:15:00Z</dcterms:created>
  <dcterms:modified xsi:type="dcterms:W3CDTF">2026-07-27T13:41:00Z</dcterms:modified>
  <cp:category/>
</cp:coreProperties>
</file>